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4"/>
        </w:rPr>
        <w:t>[Your Name]</w:t>
      </w:r>
    </w:p>
    <w:p>
      <w:r>
        <w:rPr>
          <w:sz w:val="24"/>
        </w:rPr>
        <w:t>[Your Address, City, CT ZIP]</w:t>
      </w:r>
    </w:p>
    <w:p>
      <w:r>
        <w:rPr>
          <w:sz w:val="24"/>
        </w:rPr>
        <w:t>[Your Email]</w:t>
      </w:r>
    </w:p>
    <w:p>
      <w:r>
        <w:rPr>
          <w:sz w:val="24"/>
        </w:rPr>
        <w:t>[Date]</w:t>
      </w:r>
    </w:p>
    <w:p/>
    <w:p>
      <w:r>
        <w:rPr>
          <w:sz w:val="24"/>
        </w:rPr>
        <w:t>U.S. Fish &amp; Wildlife Service</w:t>
      </w:r>
    </w:p>
    <w:p>
      <w:r>
        <w:rPr>
          <w:sz w:val="24"/>
        </w:rPr>
        <w:t>New England Ecological Services Field Office</w:t>
      </w:r>
    </w:p>
    <w:p>
      <w:r>
        <w:rPr>
          <w:sz w:val="24"/>
        </w:rPr>
        <w:t>70 Commercial Street, Suite 300</w:t>
      </w:r>
    </w:p>
    <w:p>
      <w:r>
        <w:rPr>
          <w:sz w:val="24"/>
        </w:rPr>
        <w:t>Concord, NH 03301</w:t>
      </w:r>
    </w:p>
    <w:p>
      <w:r>
        <w:rPr>
          <w:sz w:val="24"/>
        </w:rPr>
        <w:t>Email: newengland@fws.gov</w:t>
      </w:r>
    </w:p>
    <w:p/>
    <w:p>
      <w:r>
        <w:rPr>
          <w:b/>
          <w:sz w:val="24"/>
        </w:rPr>
        <w:t>Re: Request for Endangered Species Review — Broadleaf Solar Project, Granby/East Granby, CT</w:t>
      </w:r>
    </w:p>
    <w:p/>
    <w:p>
      <w:r>
        <w:rPr>
          <w:sz w:val="24"/>
        </w:rPr>
        <w:t>Dear Sir or Madam:</w:t>
      </w:r>
    </w:p>
    <w:p>
      <w:r>
        <w:rPr>
          <w:sz w:val="24"/>
        </w:rPr>
        <w:t>I am writing as a resident of Granby/East Granby, Connecticut, to request that the U.S. Fish &amp; Wildlife Service review the potential impacts of the proposed Broadleaf Solar project on federally listed species and their habitat.</w:t>
      </w:r>
    </w:p>
    <w:p>
      <w:r>
        <w:rPr>
          <w:sz w:val="24"/>
        </w:rPr>
        <w:t>DESRI (D.E. Shaw Renewable Investments) proposes to construct a 100-megawatt (AC) utility-scale solar facility on approximately 665 acres of former Monrovia Nursery land at 35 Floydville Road and 90 Salmon Brook Street in Granby, CT 06035. The project spans portions of both Granby and East Granby and will require the Connecticut Siting Council’s approval. A formal petition is expected around July 2026.</w:t>
      </w:r>
    </w:p>
    <w:p>
      <w:r>
        <w:rPr>
          <w:sz w:val="24"/>
        </w:rPr>
        <w:t>The site includes open agricultural fields, mature forest edges, wetlands, and the Salmon Brook corridor. This mosaic of habitat types is consistent with the foraging and roosting needs of the northern long-eared bat (Myotis septentrionalis), which is listed as federally endangered under the Endangered Species Act. The tricolored bat (Perimyotis subflavus), proposed for federal listing, may also use this site.</w:t>
      </w:r>
    </w:p>
    <w:p>
      <w:r>
        <w:rPr>
          <w:sz w:val="24"/>
        </w:rPr>
        <w:t>To my knowledge, no species survey, habitat assessment, or Section 7 consultation has been initiated or made public by the developer for this parcel. Given the scale of the proposed land disturbance — 665 acres of clearing and grading — and the documented presence of suitable habitat for federally listed species, I respectfully request that USFWS:</w:t>
      </w:r>
    </w:p>
    <w:p>
      <w:r>
        <w:rPr>
          <w:sz w:val="24"/>
        </w:rPr>
        <w:t>1. Conduct a review of the proposed project area for potential impacts to the northern long-eared bat, tricolored bat, and any other federally listed or candidate species.</w:t>
      </w:r>
    </w:p>
    <w:p>
      <w:r>
        <w:rPr>
          <w:sz w:val="24"/>
        </w:rPr>
        <w:t>2. Provide any findings, recommendations, or required consultation guidance to the Connecticut Siting Council for the record, before a decision is made on the Broadleaf Solar petition.</w:t>
      </w:r>
    </w:p>
    <w:p>
      <w:r>
        <w:rPr>
          <w:sz w:val="24"/>
        </w:rPr>
        <w:t>3. Advise the developer of any obligations under Section 7 or Section 10 of the Endangered Species Act.</w:t>
      </w:r>
    </w:p>
    <w:p>
      <w:r>
        <w:rPr>
          <w:sz w:val="24"/>
        </w:rPr>
        <w:t>This site sits over the Salmon Brook watershed, which supplies private drinking-water wells for surrounding homes. The combination of significant habitat destruction, legacy agricultural contamination in the soil, and the sheer scale of the project makes a thorough federal review essential before any approval is granted.</w:t>
      </w:r>
    </w:p>
    <w:p>
      <w:r>
        <w:rPr>
          <w:sz w:val="24"/>
        </w:rPr>
        <w:t>For context, the northern long-eared bat was listed as federally endangered in 2023 after catastrophic population declines from white-nose syndrome. Every remaining patch of suitable habitat is critical to the species’ survival. Clearing 665 acres of fields and forest edges adjacent to a waterway — without even surveying for the species first — is exactly the kind of unexamined harm the ESA was designed to prevent.</w:t>
      </w:r>
    </w:p>
    <w:p>
      <w:r>
        <w:rPr>
          <w:sz w:val="24"/>
        </w:rPr>
        <w:t>Thank you for your attention to this matter. I am happy to provide additional information or coordinate with your office. Please feel free to reach me at the address or email above.</w:t>
      </w:r>
    </w:p>
    <w:p/>
    <w:p>
      <w:r>
        <w:rPr>
          <w:sz w:val="24"/>
        </w:rPr>
        <w:t>Respectfully,</w:t>
      </w:r>
    </w:p>
    <w:p/>
    <w:p>
      <w:r>
        <w:rPr>
          <w:sz w:val="24"/>
        </w:rPr>
        <w:t>[Your Name]</w:t>
      </w:r>
    </w:p>
    <w:p>
      <w:r>
        <w:rPr>
          <w:sz w:val="24"/>
        </w:rPr>
        <w:t>[Your Address]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rial" w:hAnsi="Arial"/>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